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How to Install Software on Windows</w:t>
      </w:r>
    </w:p>
    <w:p>
      <w:pPr>
        <w:pStyle w:val="Heading2"/>
      </w:pPr>
      <w:r>
        <w:t>Step 1: Open Browser</w:t>
      </w:r>
    </w:p>
    <w:p>
      <w:r>
        <w:t>Follow the instruction shown below:</w:t>
      </w:r>
    </w:p>
    <w:p>
      <w:r>
        <w:drawing>
          <wp:inline xmlns:a="http://schemas.openxmlformats.org/drawingml/2006/main" xmlns:pic="http://schemas.openxmlformats.org/drawingml/2006/picture">
            <wp:extent cx="5029200" cy="7543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step-by-step_digital_instructional_guide_display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543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Step 2: Search software or game</w:t>
      </w:r>
    </w:p>
    <w:p>
      <w:r>
        <w:t>Follow the instruction shown below:</w:t>
      </w:r>
    </w:p>
    <w:p>
      <w:r>
        <w:drawing>
          <wp:inline xmlns:a="http://schemas.openxmlformats.org/drawingml/2006/main" xmlns:pic="http://schemas.openxmlformats.org/drawingml/2006/picture">
            <wp:extent cx="5029200" cy="75438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step-by-step_digital_instructional_guide_display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543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Step 3: Click on Install on window</w:t>
      </w:r>
    </w:p>
    <w:p>
      <w:r>
        <w:t>Follow the instruction shown below:</w:t>
      </w:r>
    </w:p>
    <w:p>
      <w:r>
        <w:drawing>
          <wp:inline xmlns:a="http://schemas.openxmlformats.org/drawingml/2006/main" xmlns:pic="http://schemas.openxmlformats.org/drawingml/2006/picture">
            <wp:extent cx="5029200" cy="75438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step-by-step_digital_instructional_guide_display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543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Step 4: Click on Install to install software on system</w:t>
      </w:r>
    </w:p>
    <w:p>
      <w:r>
        <w:t>Follow the instruction shown below:</w:t>
      </w:r>
    </w:p>
    <w:p>
      <w:r>
        <w:drawing>
          <wp:inline xmlns:a="http://schemas.openxmlformats.org/drawingml/2006/main" xmlns:pic="http://schemas.openxmlformats.org/drawingml/2006/picture">
            <wp:extent cx="5029200" cy="75438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step-by-step_digital_instructional_guide_display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543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Installation Complete!</w:t>
      </w:r>
    </w:p>
    <w:p>
      <w:r>
        <w:t>Congratulations! The software has been successfully installed on your Windows system.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